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2410C"/>
          <w:sz w:val="40"/>
        </w:rPr>
        <w:t>КАЛЕНДАР 2028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Януари 2028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Февруари 2028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Март 2028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Април 2028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</w:tr>
          </w:tbl>
          <w:p/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Май 2028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Юни 2028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Юли 2028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Август 2028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Септември 2028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Октомври 2028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Ноември 2028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Декември 2028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</w:tr>
          </w:tbl>
          <w:p/>
        </w:tc>
      </w:tr>
    </w:tbl>
    <w:p>
      <w:pPr>
        <w:spacing w:before="80"/>
      </w:pPr>
      <w:r>
        <w:rPr>
          <w:sz w:val="14"/>
        </w:rPr>
        <w:t>Празници и почивни дни: 01.01 – Нова година; 03.01 – почивен ден; 03.03 – Ден на Освобождението на България от османско иго; 14.04 – Велики петък; 15.04 – Велика събота; 16.04 – Великден; 17.04 – Великден (втори ден); 01.05 – Ден на труда; 06.05 – Гергьовден; 08.05 – почивен ден; 24.05 – Ден на Кирил и Методий; 06.09 – Ден на Съединението; 22.09 – Ден на Независимостта на България; 24.12 – Бъдни вечер; 25.12 – Рождество Христово; 26.12 – Рождество Христово (втори ден); 27.12 – почивен ден</w:t>
      </w:r>
    </w:p>
    <w:p>
      <w:r>
        <w:rPr>
          <w:sz w:val="14"/>
        </w:rPr>
        <w:t>Великден 2028 г.: 16.04.2028 · Почивни дни и празници в България · календар.com</w:t>
      </w:r>
    </w:p>
    <w:sectPr w:rsidR="00FC693F" w:rsidRPr="0006063C" w:rsidSect="00034616">
      <w:pgSz w:w="16838" w:h="11906" w:orient="landscape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 2028</dc:title>
  <dc:subject/>
  <dc:creator>Календар.com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